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  <w:jc w:val="right"/>
      </w:pPr>
      <w:r>
        <w:rPr>
          <w:rFonts w:ascii="Arial" w:hAnsi="Arial"/>
          <w:rtl/>
        </w:rPr>
        <w:t>מסמך אפיון אתר – תבנית</w:t>
      </w:r>
    </w:p>
    <w:p>
      <w:pPr>
        <w:bidi/>
        <w:jc w:val="right"/>
      </w:pPr>
      <w:r>
        <w:rPr>
          <w:rFonts w:ascii="Arial" w:hAnsi="Arial"/>
          <w:b w:val="0"/>
          <w:rtl/>
        </w:rPr>
        <w:t>תבנית מבית סמארטפיש (smartfish.co.il). מלאו כל סעיף במשפטים קצרים. אין צורך בניסוח מושלם, המטרה היא לסדר את המחשבות לפני שמתחילים לבנות.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1. רקע ומטרות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מה העסק עושה, ומה הוא מוכר?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מה המטרה העיקרית של האתר (פניות, מכירות, מיתוג, מידע)?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איך נמדוד הצלחה (למשל מספר פניות בחודש)?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2. קהלי יעד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מי הלקוחות האידיאליים (גיל, תחום, צורך)?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מה הם מחפשים בגוגל כדי למצוא אתכם?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מה מונע מהם לפנות היום?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3. מתחרים והשראה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3 אתרים של מתחרים, ומה אהבתם ולא אהבתם בהם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3 אתרים שאהבתם (גם מתחומים אחרים) ולמה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4. מבנה האתר ומפת דפים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רשימת הדפים הראשיים (דף בית, שירותים, אודות, צור קשר ועוד)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מה יופיע בתפריט הראשי?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5. תכולת כל דף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לכל דף: המטרה, הכותרת המרכזית, הרכיבים (טקסט, תמונות, טופס, סרטון) וכפתור הפעולה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6. פונקציונליות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טפסים, חנות, זימון תורים, תשלום, אזור אישי, רב-לשוניות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חיבור למערכות קיימות (CRM, חשבוניות, מלאי, WhatsApp)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מה נדרש מבחינת אבטחה ופרטיות?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7. עיצוב ומותג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לוגו, צבעים, גופנים וקווים מנחים קיימים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סגנון רצוי (מינימליסטי, חם, עסקי וכו')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8. תוכן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מי כותב את הטקסטים ומי מספק תמונות וסרטונים?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האם יש תוכן קיים להעברה מאתר ישן?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9. קידום אורגני (SEO) ומדידה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מילות החיפוש החשובות לעסק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חיבור ל-Google Analytics ול-Search Console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האם יש דפים או כתובות קיימים שחשוב לשמר?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p>
      <w:pPr>
        <w:pStyle w:val="Heading1"/>
        <w:bidi/>
        <w:jc w:val="right"/>
      </w:pPr>
      <w:r>
        <w:rPr>
          <w:rFonts w:ascii="Arial" w:hAnsi="Arial"/>
          <w:rtl/>
        </w:rPr>
        <w:t>10. לוחות זמנים, תקציב ואחריות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תאריך יעד להשקה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טווח תקציב</w:t>
      </w:r>
    </w:p>
    <w:p>
      <w:pPr>
        <w:pStyle w:val="ListBullet"/>
        <w:bidi/>
        <w:jc w:val="right"/>
      </w:pPr>
      <w:r>
        <w:rPr>
          <w:rFonts w:ascii="Arial" w:hAnsi="Arial"/>
          <w:rtl/>
        </w:rPr>
        <w:t>מי מאשר כל שלב מהצד שלכם?</w:t>
      </w:r>
    </w:p>
    <w:p>
      <w:pPr>
        <w:bidi/>
        <w:jc w:val="right"/>
      </w:pPr>
      <w:r>
        <w:rPr>
          <w:rFonts w:ascii="Arial" w:hAnsi="Arial"/>
          <w:b w:val="0"/>
          <w:rtl/>
        </w:rPr>
        <w:t>תשובה: 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